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93E7" w14:textId="77777777" w:rsidR="00B207A5" w:rsidRDefault="00000000">
      <w:pPr>
        <w:spacing w:after="0"/>
      </w:pPr>
      <w:r>
        <w:rPr>
          <w:rFonts w:cs="Times New Roman"/>
          <w:b/>
        </w:rPr>
        <w:t>FOR IMMEDIATE RELEASE</w:t>
      </w:r>
    </w:p>
    <w:p w14:paraId="2A4F29E5" w14:textId="77777777" w:rsidR="00B207A5" w:rsidRDefault="00000000">
      <w:pPr>
        <w:spacing w:after="160"/>
      </w:pPr>
      <w:r>
        <w:rPr>
          <w:rFonts w:cs="Times New Roman"/>
          <w:b/>
        </w:rPr>
        <w:t>Santa Maria Public Airport District Announces Application Period for Director Area 2 Board Vacancy</w:t>
      </w:r>
    </w:p>
    <w:p w14:paraId="3A06F5BC" w14:textId="77777777" w:rsidR="00B207A5" w:rsidRDefault="00000000">
      <w:pPr>
        <w:spacing w:after="160"/>
        <w:jc w:val="both"/>
      </w:pPr>
      <w:r>
        <w:rPr>
          <w:rFonts w:cs="Times New Roman"/>
        </w:rPr>
        <w:t>SANTA MARIA, Calif. — The Santa Maria Public Airport District (“District”) is accepting applications to fill a vacancy on the Director Area 2 seat of its Board of Directors, created by the resignation of Director Marvin Rodriguez, effective July 10, 2026.</w:t>
      </w:r>
    </w:p>
    <w:p w14:paraId="380DF8FA" w14:textId="00F24928" w:rsidR="00B207A5" w:rsidRDefault="00000000">
      <w:pPr>
        <w:spacing w:after="160"/>
        <w:jc w:val="both"/>
      </w:pPr>
      <w:r>
        <w:rPr>
          <w:rFonts w:cs="Times New Roman"/>
        </w:rPr>
        <w:t xml:space="preserve">The Board was formally notified of the vacancy at its meeting of July 29, 2026. The District will accept applications through 5:00 p.m. on Monday, August </w:t>
      </w:r>
      <w:r w:rsidR="007C6B30">
        <w:rPr>
          <w:rFonts w:cs="Times New Roman"/>
        </w:rPr>
        <w:t>24</w:t>
      </w:r>
      <w:r>
        <w:rPr>
          <w:rFonts w:cs="Times New Roman"/>
        </w:rPr>
        <w:t>, 2026. The Board intends to consider the appointment at its regular Board meeting on Thursday, August 27, 2026, at 6:00 p.m.</w:t>
      </w:r>
    </w:p>
    <w:p w14:paraId="0B1553D5" w14:textId="77777777" w:rsidR="00B207A5" w:rsidRDefault="00000000">
      <w:pPr>
        <w:spacing w:after="160"/>
        <w:jc w:val="both"/>
      </w:pPr>
      <w:r>
        <w:rPr>
          <w:rFonts w:cs="Times New Roman"/>
        </w:rPr>
        <w:t>Pursuant to Government Code Section 1780, the Board must act to fill the vacancy — either by appointment or by calling an election — no later than September 8, 2026, which is 60 days after the July 10, 2026 effective date of the resignation.</w:t>
      </w:r>
    </w:p>
    <w:p w14:paraId="4C3DD105" w14:textId="77777777" w:rsidR="00B207A5" w:rsidRDefault="00000000">
      <w:pPr>
        <w:spacing w:after="160"/>
        <w:jc w:val="both"/>
      </w:pPr>
      <w:r>
        <w:rPr>
          <w:rFonts w:cs="Times New Roman"/>
        </w:rPr>
        <w:t>The Director Area 2 seat is also on the ballot for a full four-year term at the District’s general election on November 3, 2026. Any person appointed by the Board will therefore serve only until the results of that election are certified and the newly elected Director takes office. Residents interested in serving the full four-year term are encouraged to consider filing as a candidate for the November 3, 2026 election through the Santa Barbara County Elections Office.</w:t>
      </w:r>
    </w:p>
    <w:p w14:paraId="7A8880F5" w14:textId="77777777" w:rsidR="00B207A5" w:rsidRDefault="00000000">
      <w:pPr>
        <w:spacing w:after="160"/>
        <w:jc w:val="both"/>
      </w:pPr>
      <w:r>
        <w:rPr>
          <w:rFonts w:cs="Times New Roman"/>
        </w:rPr>
        <w:t>To be eligible, an applicant must be a resident of Director Area 2 and a registered voter of the District, and must be able to attend regular Board meetings held on the 2nd and 4th Thursday of each month at 6:00 p.m. Eligible residents may apply by submitting a brief letter of interest — including a statement of eligibility and any relevant experience or qualifications — by email to mflores@santamariaairport.com, or in person during regular business hours at the District office, 3217 Terminal Drive, Santa Maria, CA 93455.</w:t>
      </w:r>
    </w:p>
    <w:p w14:paraId="61C83688" w14:textId="77777777" w:rsidR="00B207A5" w:rsidRDefault="00B207A5">
      <w:pPr>
        <w:spacing w:after="160"/>
      </w:pPr>
    </w:p>
    <w:p w14:paraId="58E0DF3D" w14:textId="77777777" w:rsidR="00B207A5" w:rsidRDefault="00000000">
      <w:pPr>
        <w:spacing w:after="0"/>
      </w:pPr>
      <w:r>
        <w:rPr>
          <w:rFonts w:cs="Times New Roman"/>
          <w:b/>
        </w:rPr>
        <w:t>Media Contact:</w:t>
      </w:r>
    </w:p>
    <w:p w14:paraId="45E10D36" w14:textId="77777777" w:rsidR="00B207A5" w:rsidRDefault="00000000">
      <w:pPr>
        <w:spacing w:after="0"/>
      </w:pPr>
      <w:r>
        <w:rPr>
          <w:rFonts w:cs="Times New Roman"/>
        </w:rPr>
        <w:t>Micheal Flores</w:t>
      </w:r>
    </w:p>
    <w:p w14:paraId="65C4B997" w14:textId="77777777" w:rsidR="00B207A5" w:rsidRDefault="00000000">
      <w:pPr>
        <w:spacing w:after="0"/>
      </w:pPr>
      <w:r>
        <w:rPr>
          <w:rFonts w:cs="Times New Roman"/>
        </w:rPr>
        <w:t>Manager of Finance and Administration</w:t>
      </w:r>
    </w:p>
    <w:p w14:paraId="4710C20D" w14:textId="77777777" w:rsidR="00B207A5" w:rsidRDefault="00000000">
      <w:pPr>
        <w:spacing w:after="0"/>
      </w:pPr>
      <w:r>
        <w:rPr>
          <w:rFonts w:cs="Times New Roman"/>
        </w:rPr>
        <w:t>Santa Maria Public Airport District</w:t>
      </w:r>
    </w:p>
    <w:p w14:paraId="68F151A6" w14:textId="77777777" w:rsidR="00B207A5" w:rsidRDefault="00000000">
      <w:pPr>
        <w:spacing w:after="0"/>
      </w:pPr>
      <w:r>
        <w:rPr>
          <w:rFonts w:cs="Times New Roman"/>
        </w:rPr>
        <w:t>(805) 956-2609</w:t>
      </w:r>
    </w:p>
    <w:p w14:paraId="0CD640D9" w14:textId="77777777" w:rsidR="00B207A5" w:rsidRDefault="00000000">
      <w:pPr>
        <w:spacing w:after="160"/>
      </w:pPr>
      <w:r>
        <w:rPr>
          <w:rFonts w:cs="Times New Roman"/>
        </w:rPr>
        <w:t>mflores@santamariaairport.com</w:t>
      </w:r>
    </w:p>
    <w:sectPr w:rsidR="00B207A5"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EFEE" w14:textId="77777777" w:rsidR="00F73C20" w:rsidRDefault="00F73C20" w:rsidP="00346917">
      <w:pPr>
        <w:spacing w:after="0" w:line="240" w:lineRule="auto"/>
      </w:pPr>
      <w:r>
        <w:separator/>
      </w:r>
    </w:p>
  </w:endnote>
  <w:endnote w:type="continuationSeparator" w:id="0">
    <w:p w14:paraId="629571FD" w14:textId="77777777" w:rsidR="00F73C20" w:rsidRDefault="00F73C20" w:rsidP="00346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LT Std Light">
    <w:altName w:val="Arial"/>
    <w:panose1 w:val="00000000000000000000"/>
    <w:charset w:val="00"/>
    <w:family w:val="swiss"/>
    <w:notTrueType/>
    <w:pitch w:val="variable"/>
    <w:sig w:usb0="800000AF" w:usb1="4000204A" w:usb2="00000000" w:usb3="00000000" w:csb0="00000001"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21A9" w14:textId="77777777" w:rsidR="00346917" w:rsidRDefault="003469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0B61" w14:textId="77777777" w:rsidR="00346917" w:rsidRPr="00951F59" w:rsidRDefault="00346917" w:rsidP="00AE09BD">
    <w:pPr>
      <w:tabs>
        <w:tab w:val="left" w:pos="3105"/>
      </w:tabs>
      <w:ind w:left="-1080" w:right="-1422" w:hanging="72"/>
      <w:contextualSpacing/>
      <w:rPr>
        <w:rFonts w:ascii="Helvetica LT Std Light" w:hAnsi="Helvetica LT Std Light"/>
        <w:w w:val="105"/>
        <w:sz w:val="20"/>
        <w:szCs w:val="20"/>
        <w:lang w:val="pt-BR"/>
      </w:rPr>
    </w:pPr>
    <w:r>
      <w:rPr>
        <w:rFonts w:ascii="Helvetica LT Std Light" w:hAnsi="Helvetica LT Std Light"/>
        <w:sz w:val="20"/>
        <w:szCs w:val="20"/>
        <w:lang w:val="pt-BR"/>
      </w:rPr>
      <w:tab/>
    </w:r>
    <w:r>
      <w:rPr>
        <w:rFonts w:ascii="Helvetica LT Std Light" w:hAnsi="Helvetica LT Std Light"/>
        <w:sz w:val="20"/>
        <w:szCs w:val="20"/>
        <w:lang w:val="pt-BR"/>
      </w:rPr>
      <w:tab/>
    </w:r>
    <w:r w:rsidRPr="00951F59">
      <w:rPr>
        <w:rFonts w:ascii="Helvetica LT Std Light" w:hAnsi="Helvetica LT Std Light"/>
        <w:sz w:val="20"/>
        <w:szCs w:val="20"/>
        <w:lang w:val="pt-BR"/>
      </w:rPr>
      <w:br/>
    </w:r>
    <w:r>
      <w:rPr>
        <w:rFonts w:ascii="News Gothic MT" w:hAnsi="News Gothic MT"/>
        <w:noProof/>
        <w:sz w:val="18"/>
        <w:szCs w:val="18"/>
      </w:rPr>
      <w:drawing>
        <wp:anchor distT="0" distB="0" distL="114300" distR="114300" simplePos="0" relativeHeight="251657728" behindDoc="1" locked="0" layoutInCell="1" allowOverlap="1" wp14:anchorId="48990D09" wp14:editId="3295FF71">
          <wp:simplePos x="0" y="0"/>
          <wp:positionH relativeFrom="column">
            <wp:posOffset>-3084195</wp:posOffset>
          </wp:positionH>
          <wp:positionV relativeFrom="page">
            <wp:posOffset>5695950</wp:posOffset>
          </wp:positionV>
          <wp:extent cx="5830570" cy="5623560"/>
          <wp:effectExtent l="0" t="0" r="0" b="0"/>
          <wp:wrapNone/>
          <wp:docPr id="2005178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38 icon circle_10 percent (2).png"/>
                  <pic:cNvPicPr/>
                </pic:nvPicPr>
                <pic:blipFill>
                  <a:blip r:embed="rId1">
                    <a:extLst>
                      <a:ext uri="{28A0092B-C50C-407E-A947-70E740481C1C}">
                        <a14:useLocalDpi xmlns:a14="http://schemas.microsoft.com/office/drawing/2010/main" val="0"/>
                      </a:ext>
                    </a:extLst>
                  </a:blip>
                  <a:stretch>
                    <a:fillRect/>
                  </a:stretch>
                </pic:blipFill>
                <pic:spPr>
                  <a:xfrm>
                    <a:off x="0" y="0"/>
                    <a:ext cx="5830570" cy="5623560"/>
                  </a:xfrm>
                  <a:prstGeom prst="rect">
                    <a:avLst/>
                  </a:prstGeom>
                </pic:spPr>
              </pic:pic>
            </a:graphicData>
          </a:graphic>
        </wp:anchor>
      </w:drawing>
    </w:r>
    <w:r w:rsidRPr="00951F59">
      <w:rPr>
        <w:rFonts w:ascii="Helvetica LT Std Light" w:hAnsi="Helvetica LT Std Light"/>
        <w:sz w:val="20"/>
        <w:szCs w:val="20"/>
        <w:lang w:val="pt-BR"/>
      </w:rPr>
      <w:t>————————————————— SANTA</w:t>
    </w:r>
    <w:r w:rsidRPr="00951F59">
      <w:rPr>
        <w:rFonts w:ascii="Helvetica LT Std Light" w:hAnsi="Helvetica LT Std Light"/>
        <w:w w:val="105"/>
        <w:sz w:val="20"/>
        <w:szCs w:val="20"/>
        <w:lang w:val="pt-BR"/>
      </w:rPr>
      <w:t xml:space="preserve"> MARIA PUBLIC AIRPORT DISTRICT </w:t>
    </w:r>
    <w:r w:rsidRPr="00951F59">
      <w:rPr>
        <w:rFonts w:ascii="Helvetica LT Std Light" w:hAnsi="Helvetica LT Std Light"/>
        <w:sz w:val="20"/>
        <w:szCs w:val="20"/>
        <w:lang w:val="pt-BR"/>
      </w:rPr>
      <w:t>——————————————————</w:t>
    </w:r>
  </w:p>
  <w:p w14:paraId="20CB9721" w14:textId="77777777" w:rsidR="00346917" w:rsidRPr="00951F59" w:rsidRDefault="00346917" w:rsidP="00C53ECE">
    <w:pPr>
      <w:ind w:right="-1080" w:hanging="1080"/>
      <w:contextualSpacing/>
      <w:jc w:val="center"/>
      <w:rPr>
        <w:rFonts w:ascii="Helvetica LT Std Light" w:hAnsi="Helvetica LT Std Light"/>
        <w:w w:val="105"/>
        <w:sz w:val="20"/>
        <w:szCs w:val="20"/>
        <w:lang w:val="pt-BR"/>
      </w:rPr>
    </w:pPr>
    <w:r w:rsidRPr="00951F59">
      <w:rPr>
        <w:rFonts w:ascii="Helvetica LT Std Light" w:hAnsi="Helvetica LT Std Light"/>
        <w:w w:val="105"/>
        <w:sz w:val="20"/>
        <w:szCs w:val="20"/>
        <w:lang w:val="pt-BR"/>
      </w:rPr>
      <w:t>3217 TERMINAL DRIVE  |  SANTA MARIA CA, 93455  |  PH 805.922.1726  |  FX 805.922.0677  |  SantaMariaAirport.com</w:t>
    </w:r>
  </w:p>
  <w:p w14:paraId="3D718F73" w14:textId="77777777" w:rsidR="00346917" w:rsidRPr="00951F59" w:rsidRDefault="00346917" w:rsidP="00C53ECE">
    <w:pPr>
      <w:pStyle w:val="Footer"/>
      <w:jc w:val="center"/>
      <w:rPr>
        <w:rFonts w:ascii="News Gothic MT" w:hAnsi="News Gothic MT"/>
        <w:sz w:val="18"/>
        <w:szCs w:val="18"/>
        <w:lang w:val="pt-BR"/>
      </w:rPr>
    </w:pPr>
  </w:p>
  <w:p w14:paraId="6C0A3FF8" w14:textId="77777777" w:rsidR="00346917" w:rsidRDefault="003469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4E20" w14:textId="77777777" w:rsidR="00346917" w:rsidRDefault="00346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5F42E" w14:textId="77777777" w:rsidR="00F73C20" w:rsidRDefault="00F73C20" w:rsidP="00346917">
      <w:pPr>
        <w:spacing w:after="0" w:line="240" w:lineRule="auto"/>
      </w:pPr>
      <w:r>
        <w:separator/>
      </w:r>
    </w:p>
  </w:footnote>
  <w:footnote w:type="continuationSeparator" w:id="0">
    <w:p w14:paraId="1619B75F" w14:textId="77777777" w:rsidR="00F73C20" w:rsidRDefault="00F73C20" w:rsidP="00346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7B2A" w14:textId="77777777" w:rsidR="00346917" w:rsidRDefault="003469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70B87" w14:textId="77777777" w:rsidR="00346917" w:rsidRDefault="00346917">
    <w:pPr>
      <w:pStyle w:val="Header"/>
    </w:pPr>
    <w:r>
      <w:rPr>
        <w:noProof/>
      </w:rPr>
      <w:drawing>
        <wp:anchor distT="0" distB="0" distL="114300" distR="114300" simplePos="0" relativeHeight="251656704" behindDoc="1" locked="0" layoutInCell="1" allowOverlap="1" wp14:anchorId="774212AE" wp14:editId="3CD398D8">
          <wp:simplePos x="0" y="0"/>
          <wp:positionH relativeFrom="column">
            <wp:posOffset>-381000</wp:posOffset>
          </wp:positionH>
          <wp:positionV relativeFrom="paragraph">
            <wp:posOffset>-276225</wp:posOffset>
          </wp:positionV>
          <wp:extent cx="2781300" cy="1083399"/>
          <wp:effectExtent l="0" t="0" r="0" b="2540"/>
          <wp:wrapTopAndBottom/>
          <wp:docPr id="9566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X_LOGO_Color_2020 (2) PNG.png"/>
                  <pic:cNvPicPr/>
                </pic:nvPicPr>
                <pic:blipFill>
                  <a:blip r:embed="rId1">
                    <a:extLst>
                      <a:ext uri="{28A0092B-C50C-407E-A947-70E740481C1C}">
                        <a14:useLocalDpi xmlns:a14="http://schemas.microsoft.com/office/drawing/2010/main" val="0"/>
                      </a:ext>
                    </a:extLst>
                  </a:blip>
                  <a:stretch>
                    <a:fillRect/>
                  </a:stretch>
                </pic:blipFill>
                <pic:spPr>
                  <a:xfrm>
                    <a:off x="0" y="0"/>
                    <a:ext cx="2781300" cy="1083399"/>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38B30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2177750" o:spid="_x0000_s1025" type="#_x0000_t75" style="position:absolute;margin-left:204pt;margin-top:-180.75pt;width:467.8pt;height:451.2pt;z-index:-251657728;mso-position-horizontal-relative:margin;mso-position-vertical-relative:margin" o:allowincell="f">
          <v:imagedata r:id="rId2" o:title="P-38 icon circle_10 percent (2)"/>
          <w10:wrap anchorx="margin" anchory="margin"/>
        </v:shape>
      </w:pict>
    </w:r>
  </w:p>
  <w:p w14:paraId="0688DA3F" w14:textId="77777777" w:rsidR="00346917" w:rsidRDefault="003469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C3D8" w14:textId="77777777" w:rsidR="00346917" w:rsidRDefault="003469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0259386">
    <w:abstractNumId w:val="8"/>
  </w:num>
  <w:num w:numId="2" w16cid:durableId="1210609254">
    <w:abstractNumId w:val="6"/>
  </w:num>
  <w:num w:numId="3" w16cid:durableId="1627856679">
    <w:abstractNumId w:val="5"/>
  </w:num>
  <w:num w:numId="4" w16cid:durableId="1048994829">
    <w:abstractNumId w:val="4"/>
  </w:num>
  <w:num w:numId="5" w16cid:durableId="1884438088">
    <w:abstractNumId w:val="7"/>
  </w:num>
  <w:num w:numId="6" w16cid:durableId="1504971523">
    <w:abstractNumId w:val="3"/>
  </w:num>
  <w:num w:numId="7" w16cid:durableId="243729541">
    <w:abstractNumId w:val="2"/>
  </w:num>
  <w:num w:numId="8" w16cid:durableId="41758705">
    <w:abstractNumId w:val="1"/>
  </w:num>
  <w:num w:numId="9" w16cid:durableId="1311790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46917"/>
    <w:rsid w:val="00682548"/>
    <w:rsid w:val="007152EB"/>
    <w:rsid w:val="007A01DB"/>
    <w:rsid w:val="007C6B30"/>
    <w:rsid w:val="00881F25"/>
    <w:rsid w:val="008D757D"/>
    <w:rsid w:val="00AA1D8D"/>
    <w:rsid w:val="00B207A5"/>
    <w:rsid w:val="00B47730"/>
    <w:rsid w:val="00BD59F2"/>
    <w:rsid w:val="00C43368"/>
    <w:rsid w:val="00CB0664"/>
    <w:rsid w:val="00D74C68"/>
    <w:rsid w:val="00DB43BA"/>
    <w:rsid w:val="00F350E5"/>
    <w:rsid w:val="00F73C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A694B03-EC4E-48FB-950D-3F24ECD9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Mike Flores</cp:lastModifiedBy>
  <cp:revision>5</cp:revision>
  <dcterms:created xsi:type="dcterms:W3CDTF">2013-12-23T23:15:00Z</dcterms:created>
  <dcterms:modified xsi:type="dcterms:W3CDTF">2026-07-30T23:55:00Z</dcterms:modified>
  <cp:category/>
</cp:coreProperties>
</file>